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בעלי חיים מתחבאים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עם המילה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שבחורף השועל לבן כמו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שהחרק נראה כמו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כתוב שהזבוב לא עוקץ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שלא יראו אותו בשלג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כמו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הדיונון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כדי להפחיד בלי לעקוץ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(צבע)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 מתחבאים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הצבע שלהם כמו הצבע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בחורף השועל לבן כמו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בקיץ השועל חום כמו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קשה למצוא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המילה כמו, מתחיל באות גדולה ומסתיים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יראו אותו בשלג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כמו ענף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הדיונון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הכתיבה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להציג את המילון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במילה כמו במשפט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מתחבאים בטבע בעזרת הצבע שלהם. בדף הזה נלמד על שועל, חרק, דיונון וזבוב.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השועל לבן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החרק נראה כמו דג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הדיונון משנה צבע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הזבוב עוקץ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השועל לבן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אוהב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יראו אותו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נראה החרק?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משנה צבע מהר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הדיונון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הזבוב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הזבוב נראה כמו צרעה?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לעקוץ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יפחדו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להפחיד בלי לעקוץ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אוהב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skip_n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השועל חום?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השועל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השועל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החרק נראה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הדיונון משנה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בעלי חיים __________ בטבע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❄️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🌿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השועל לבן כמו השלג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השועל חום כמו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למצוא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 שלהם כמו הצבע של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מתחבאים בטבע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בעל חיים מהטקסט וכתבו משפט: ה... נראה כמו...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השועל לבן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נראה החרק בטבע?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משנה צבע מהר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