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בעלי חיים מתחבאים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עם המילה כמו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שבחורף השועל לבן כמו השלג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שהחרק נראה כמו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בטקסט כתוב שהזבוב לא עוקץ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שלא יראו אותו בשלג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כמו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הדיונון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כדי להפחיד בלי לעקוץ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בקיץ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תמונה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(צבע)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בעלי חיים מתחבאים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הצבע שלהם כמו הצבע של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בחורף השועל לבן כמו השלג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בקיץ השועל חום כמו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קשה למצוא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עם המילה כמו, מתחיל באות גדולה ומסתיים בנקודה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שלא יראו אותו בשלג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כמו ענף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הדיונון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הכתיבה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להציג את המילון בתחילת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במילה כמו במשפט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בעלי חיים מתחבאים. הצבע שלהם דומה למקום שהם נמצאים בו. נלמד מילים חדשות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צֶבַע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color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לְהִתְחַבֵּא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to hide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שֶׁלֶג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snow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עָנָף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branch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עָלֶה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leaf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חֶרֶק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insect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winter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קַיִץ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summer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השועל לבן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החרק נראה כמו דג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הדיונון משנה צבע מהר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הזבוב עוקץ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השועל לבן כשיש שלג?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אוהב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שלא יראו אותו בשלג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קר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דומה החרק?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משנה את הצבע שלו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הדיונון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הזבוב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הזבוב דומה לצרעה?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לעקוץ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שלא יפחדו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להפחיד בלי לעקוץ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אוהב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ה. skip_n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עונה השועל חום?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השועל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בקיץ השועל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החרק נראה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הדיונון משנה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בעלי חיים __________ בטבע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❄️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🌿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🍂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שלג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השועל לבן כמו השלג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קשה למצוא אותם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מתחבאים בטבע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 שלהם כמו הצבע של 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השועל חום כמו 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בעל חיים מהטקסט וכתבו משפט: ה... נראה כמו...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השועל לבן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נראה החרק בטבע?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משנה צבע מהר מאוד?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הסוואה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